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BE5770" w14:textId="77777777" w:rsidR="00B56D16" w:rsidRDefault="00B56D16"/>
    <w:p w14:paraId="2E2D53DB" w14:textId="77777777" w:rsidR="00B56D16" w:rsidRDefault="00000000">
      <w:pPr>
        <w:jc w:val="center"/>
      </w:pPr>
      <w:r>
        <w:rPr>
          <w:b/>
          <w:sz w:val="28"/>
        </w:rPr>
        <w:t>FORMULÁRIO DE INSCRIÇÃO</w:t>
      </w:r>
    </w:p>
    <w:p w14:paraId="1BF6CF41" w14:textId="77777777" w:rsidR="00B56D16" w:rsidRDefault="00000000">
      <w:pPr>
        <w:jc w:val="center"/>
      </w:pPr>
      <w:r>
        <w:rPr>
          <w:b/>
        </w:rPr>
        <w:t>Programa de Monitoria de Pares para Letramento em Língua Portuguesa e Permanência de Estudantes Indígenas</w:t>
      </w:r>
    </w:p>
    <w:p w14:paraId="6679AA28" w14:textId="77777777" w:rsidR="00B56D16" w:rsidRDefault="00000000">
      <w:pPr>
        <w:jc w:val="center"/>
        <w:rPr>
          <w:sz w:val="20"/>
        </w:rPr>
      </w:pPr>
      <w:proofErr w:type="spellStart"/>
      <w:r>
        <w:rPr>
          <w:sz w:val="20"/>
        </w:rPr>
        <w:t>Edital</w:t>
      </w:r>
      <w:proofErr w:type="spellEnd"/>
      <w:r>
        <w:rPr>
          <w:sz w:val="20"/>
        </w:rPr>
        <w:t xml:space="preserve"> nº ____/2026/CAC-CGAB/IFRO</w:t>
      </w:r>
    </w:p>
    <w:p w14:paraId="3D1E2399" w14:textId="77777777" w:rsidR="00C26C4C" w:rsidRDefault="00C26C4C">
      <w:pPr>
        <w:jc w:val="center"/>
      </w:pPr>
    </w:p>
    <w:p w14:paraId="6481AD8D" w14:textId="77777777" w:rsidR="00B56D16" w:rsidRDefault="00000000">
      <w:r>
        <w:rPr>
          <w:b/>
        </w:rPr>
        <w:t>1. IDENTIFICAÇÃO DO CANDIDATO</w:t>
      </w:r>
    </w:p>
    <w:p w14:paraId="5DEBDF13" w14:textId="77777777" w:rsidR="00B56D16" w:rsidRDefault="00000000">
      <w:r>
        <w:t>Nome completo: ________________________________________________________________</w:t>
      </w:r>
    </w:p>
    <w:p w14:paraId="3CD9C879" w14:textId="77777777" w:rsidR="00B56D16" w:rsidRDefault="00000000">
      <w:r>
        <w:t>CPF: __________________________   Data de nascimento: ____/____/________</w:t>
      </w:r>
    </w:p>
    <w:p w14:paraId="09ECAB5E" w14:textId="77777777" w:rsidR="00B56D16" w:rsidRDefault="00000000">
      <w:r>
        <w:t>Telefone/WhatsApp: _____________________________________________________________</w:t>
      </w:r>
    </w:p>
    <w:p w14:paraId="5776EDB8" w14:textId="77777777" w:rsidR="00B56D16" w:rsidRDefault="00000000">
      <w:r>
        <w:t>E-mail: _______________________________________________________________________</w:t>
      </w:r>
    </w:p>
    <w:p w14:paraId="6C702F5A" w14:textId="77777777" w:rsidR="00C26C4C" w:rsidRDefault="00C26C4C">
      <w:pPr>
        <w:rPr>
          <w:b/>
        </w:rPr>
      </w:pPr>
    </w:p>
    <w:p w14:paraId="088A8B02" w14:textId="741F3639" w:rsidR="00B56D16" w:rsidRDefault="00000000">
      <w:r>
        <w:rPr>
          <w:b/>
        </w:rPr>
        <w:t>2. INFORMAÇÕES ACADÊMICAS</w:t>
      </w:r>
    </w:p>
    <w:p w14:paraId="46037310" w14:textId="77777777" w:rsidR="00B56D16" w:rsidRDefault="00000000">
      <w:r>
        <w:t>Curso: ________________________________________________________________________</w:t>
      </w:r>
    </w:p>
    <w:p w14:paraId="0D621484" w14:textId="77777777" w:rsidR="00B56D16" w:rsidRDefault="00000000">
      <w:r>
        <w:t>Turma/Período/Ano: __________________________   Matrícula: _______________________</w:t>
      </w:r>
    </w:p>
    <w:p w14:paraId="06B9CE6B" w14:textId="77777777" w:rsidR="00B56D16" w:rsidRDefault="00000000">
      <w:r>
        <w:t>Turno:   (   ) Matutino   (   ) Vespertino   (   ) Noturno   (   ) Integral</w:t>
      </w:r>
    </w:p>
    <w:p w14:paraId="669A235B" w14:textId="77777777" w:rsidR="00C26C4C" w:rsidRDefault="00C26C4C">
      <w:pPr>
        <w:rPr>
          <w:b/>
        </w:rPr>
      </w:pPr>
    </w:p>
    <w:p w14:paraId="213096C5" w14:textId="26D57945" w:rsidR="00B56D16" w:rsidRDefault="00000000">
      <w:r>
        <w:rPr>
          <w:b/>
        </w:rPr>
        <w:t>3. DISPONIBILIDADE PARA A MONITORIA</w:t>
      </w:r>
    </w:p>
    <w:p w14:paraId="6014CA5F" w14:textId="52422769" w:rsidR="00B56D16" w:rsidRDefault="00000000">
      <w:r>
        <w:t xml:space="preserve">Possui disponibilidade para desenvolver as atividades de </w:t>
      </w:r>
      <w:proofErr w:type="spellStart"/>
      <w:r>
        <w:t>monitoria</w:t>
      </w:r>
      <w:proofErr w:type="spellEnd"/>
      <w:r>
        <w:t xml:space="preserve"> </w:t>
      </w:r>
      <w:proofErr w:type="spellStart"/>
      <w:r>
        <w:t>durante</w:t>
      </w:r>
      <w:proofErr w:type="spellEnd"/>
      <w:r w:rsidR="00C26C4C">
        <w:t xml:space="preserve"> </w:t>
      </w:r>
      <w:proofErr w:type="spellStart"/>
      <w:r w:rsidR="00C26C4C">
        <w:t>os</w:t>
      </w:r>
      <w:proofErr w:type="spellEnd"/>
      <w:r w:rsidR="00C26C4C">
        <w:t xml:space="preserve"> meses de</w:t>
      </w:r>
      <w:r>
        <w:t xml:space="preserve"> </w:t>
      </w:r>
      <w:proofErr w:type="spellStart"/>
      <w:r>
        <w:t>outubro</w:t>
      </w:r>
      <w:proofErr w:type="spellEnd"/>
      <w:r>
        <w:t xml:space="preserve"> e </w:t>
      </w:r>
      <w:proofErr w:type="spellStart"/>
      <w:r>
        <w:t>novembro</w:t>
      </w:r>
      <w:proofErr w:type="spellEnd"/>
      <w:r>
        <w:t xml:space="preserve"> de 2026?   (   ) Sim   (   ) Não</w:t>
      </w:r>
    </w:p>
    <w:p w14:paraId="18A4914E" w14:textId="77777777" w:rsidR="00B56D16" w:rsidRDefault="00000000">
      <w:r>
        <w:t>Informe os dias e horários disponíveis:</w:t>
      </w:r>
    </w:p>
    <w:p w14:paraId="7C671B4C" w14:textId="61B2A77A" w:rsidR="00B56D16" w:rsidRDefault="00000000">
      <w:r>
        <w:t>_______________________________________________________________________________</w:t>
      </w:r>
    </w:p>
    <w:p w14:paraId="1A8F3B22" w14:textId="1DCFD21B" w:rsidR="00B56D16" w:rsidRDefault="00000000">
      <w:r>
        <w:t>_______________________________________________________________________________</w:t>
      </w:r>
    </w:p>
    <w:p w14:paraId="5D9687BF" w14:textId="77777777" w:rsidR="00C26C4C" w:rsidRDefault="00C26C4C">
      <w:pPr>
        <w:rPr>
          <w:b/>
        </w:rPr>
      </w:pPr>
    </w:p>
    <w:p w14:paraId="03DC38E2" w14:textId="424B4B5A" w:rsidR="00B56D16" w:rsidRDefault="00000000">
      <w:r>
        <w:rPr>
          <w:b/>
        </w:rPr>
        <w:t>4. EXPERIÊNCIA ACADÊMICA</w:t>
      </w:r>
    </w:p>
    <w:p w14:paraId="327EEC0D" w14:textId="77777777" w:rsidR="00B56D16" w:rsidRDefault="00000000">
      <w:r>
        <w:t>Já participou de atividades de monitoria?   (   ) Sim   (   ) Não</w:t>
      </w:r>
    </w:p>
    <w:p w14:paraId="4A32802B" w14:textId="77777777" w:rsidR="00B56D16" w:rsidRDefault="00000000">
      <w:r>
        <w:t>Em caso afirmativo, descreva:</w:t>
      </w:r>
    </w:p>
    <w:p w14:paraId="0E6BDC79" w14:textId="5415A9DC" w:rsidR="00B56D16" w:rsidRDefault="00000000">
      <w:r>
        <w:t>______________________________________________________________________________</w:t>
      </w:r>
    </w:p>
    <w:p w14:paraId="5AF5C22E" w14:textId="77777777" w:rsidR="00B56D16" w:rsidRDefault="00000000">
      <w:r>
        <w:t>Já participou de projetos ou ações de ensino, pesquisa, extensão, NEABI, inclusão, diversidade ou atividades correlatas?   (   ) Sim   (   ) Não</w:t>
      </w:r>
    </w:p>
    <w:p w14:paraId="21274FB4" w14:textId="77777777" w:rsidR="00B56D16" w:rsidRDefault="00000000">
      <w:r>
        <w:t>Em caso afirmativo, descreva:</w:t>
      </w:r>
    </w:p>
    <w:p w14:paraId="7C2982EE" w14:textId="5E22375C" w:rsidR="00B56D16" w:rsidRDefault="00000000">
      <w:r>
        <w:t>_______________________________________________________________________________</w:t>
      </w:r>
    </w:p>
    <w:p w14:paraId="3B59B398" w14:textId="77777777" w:rsidR="00C26C4C" w:rsidRDefault="00C26C4C">
      <w:pPr>
        <w:rPr>
          <w:b/>
        </w:rPr>
      </w:pPr>
    </w:p>
    <w:p w14:paraId="5F90DCCB" w14:textId="4EEED477" w:rsidR="00B56D16" w:rsidRDefault="00000000">
      <w:r>
        <w:rPr>
          <w:b/>
        </w:rPr>
        <w:lastRenderedPageBreak/>
        <w:t>5. DOCUMENTAÇÃO PARA INSCRIÇÃO</w:t>
      </w:r>
    </w:p>
    <w:p w14:paraId="20D1553E" w14:textId="77777777" w:rsidR="00C26C4C" w:rsidRDefault="00000000">
      <w:proofErr w:type="gramStart"/>
      <w:r>
        <w:t>A</w:t>
      </w:r>
      <w:proofErr w:type="gramEnd"/>
      <w:r>
        <w:t xml:space="preserve"> inscrição será realizada exclusivamente por e-mail. </w:t>
      </w:r>
    </w:p>
    <w:p w14:paraId="53734D02" w14:textId="7B4BAA4D" w:rsidR="00B56D16" w:rsidRDefault="00000000">
      <w:proofErr w:type="spellStart"/>
      <w:r>
        <w:t>Encaminhe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abaixo</w:t>
      </w:r>
      <w:proofErr w:type="spellEnd"/>
      <w:r>
        <w:t xml:space="preserve"> para </w:t>
      </w:r>
      <w:r w:rsidRPr="00C26C4C">
        <w:rPr>
          <w:u w:val="single"/>
        </w:rPr>
        <w:t>neabi.cacoal@ifro.edu.br</w:t>
      </w:r>
      <w:r>
        <w:t>, dentro do prazo previsto no Edital.</w:t>
      </w:r>
    </w:p>
    <w:p w14:paraId="095E29D6" w14:textId="77777777" w:rsidR="00B56D16" w:rsidRDefault="00000000">
      <w:r>
        <w:t xml:space="preserve">Assunto do e-mail: </w:t>
      </w:r>
      <w:r w:rsidRPr="00C26C4C">
        <w:rPr>
          <w:b/>
          <w:bCs/>
        </w:rPr>
        <w:t>INSCRIÇÃO – MONITORIA DE PARES NEABI – NOME DO CANDIDATO</w:t>
      </w:r>
    </w:p>
    <w:p w14:paraId="7C779DA0" w14:textId="77777777" w:rsidR="00B56D16" w:rsidRDefault="00000000">
      <w:r>
        <w:t>(   ) Formulário de Inscrição devidamente preenchido e assinado</w:t>
      </w:r>
    </w:p>
    <w:p w14:paraId="13E70DBF" w14:textId="77777777" w:rsidR="00B56D16" w:rsidRDefault="00000000">
      <w:r>
        <w:t>(   ) Comprovante de matrícula atualizado</w:t>
      </w:r>
    </w:p>
    <w:p w14:paraId="22070D37" w14:textId="77777777" w:rsidR="00B56D16" w:rsidRDefault="00000000">
      <w:r>
        <w:t>(   ) Histórico escolar</w:t>
      </w:r>
    </w:p>
    <w:p w14:paraId="0392ACA2" w14:textId="77777777" w:rsidR="00B56D16" w:rsidRDefault="00000000">
      <w:r>
        <w:t>(   ) Declaração de Disponibilidade devidamente preenchida e assinada</w:t>
      </w:r>
    </w:p>
    <w:p w14:paraId="2CF5786D" w14:textId="77777777" w:rsidR="00B56D16" w:rsidRDefault="00000000">
      <w:r>
        <w:t>(   ) Carta de Intenção</w:t>
      </w:r>
    </w:p>
    <w:p w14:paraId="3FCE653A" w14:textId="77777777" w:rsidR="00C26C4C" w:rsidRDefault="00C26C4C">
      <w:pPr>
        <w:rPr>
          <w:b/>
        </w:rPr>
      </w:pPr>
    </w:p>
    <w:p w14:paraId="6019C291" w14:textId="7B387431" w:rsidR="00B56D16" w:rsidRDefault="00000000">
      <w:r>
        <w:rPr>
          <w:b/>
        </w:rPr>
        <w:t>6. DECLARAÇÃO DO CANDIDATO</w:t>
      </w:r>
    </w:p>
    <w:p w14:paraId="574A0DC4" w14:textId="77777777" w:rsidR="00B56D16" w:rsidRDefault="00000000">
      <w:pPr>
        <w:jc w:val="both"/>
      </w:pPr>
      <w:r>
        <w:t>Declaro que as informações apresentadas neste formulário são verdadeiras e que estou ciente das normas e condições estabelecidas no Edital. Declaro, ainda, que é de minha responsabilidade encaminhar a documentação exigida, de forma legível e dentro do prazo, para o e-mail neabi.cacoal@ifro.edu.br. Comprometo-me a participar das atividades de monitoria com responsabilidade, ética e respeito às diferenças culturais, linguísticas e identitárias dos estudantes indígenas acompanhados.</w:t>
      </w:r>
    </w:p>
    <w:p w14:paraId="4EFEF0EB" w14:textId="77777777" w:rsidR="00B56D16" w:rsidRDefault="00B56D16"/>
    <w:p w14:paraId="256D439C" w14:textId="77777777" w:rsidR="00B56D16" w:rsidRDefault="00000000">
      <w:pPr>
        <w:jc w:val="center"/>
      </w:pPr>
      <w:r>
        <w:rPr>
          <w:sz w:val="20"/>
        </w:rPr>
        <w:t>Cacoal/RO, ______ de __________________________ de 2026.</w:t>
      </w:r>
    </w:p>
    <w:p w14:paraId="6BC78226" w14:textId="77777777" w:rsidR="00B56D16" w:rsidRDefault="00B56D16"/>
    <w:p w14:paraId="5FD8DAC6" w14:textId="77777777" w:rsidR="00B56D16" w:rsidRDefault="00000000">
      <w:pPr>
        <w:jc w:val="center"/>
      </w:pPr>
      <w:r>
        <w:rPr>
          <w:sz w:val="20"/>
        </w:rPr>
        <w:t>________________________________________________________</w:t>
      </w:r>
    </w:p>
    <w:p w14:paraId="1D4DB839" w14:textId="77777777" w:rsidR="00B56D16" w:rsidRDefault="00000000">
      <w:pPr>
        <w:jc w:val="center"/>
      </w:pPr>
      <w:r>
        <w:rPr>
          <w:sz w:val="20"/>
        </w:rPr>
        <w:t>Assinatura do candidato</w:t>
      </w:r>
    </w:p>
    <w:sectPr w:rsidR="00B56D16" w:rsidSect="00C26C4C">
      <w:headerReference w:type="default" r:id="rId8"/>
      <w:pgSz w:w="12240" w:h="15840"/>
      <w:pgMar w:top="1134" w:right="1134" w:bottom="1134" w:left="1417" w:header="48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E139E5" w14:textId="77777777" w:rsidR="0031167D" w:rsidRDefault="0031167D" w:rsidP="00C26C4C">
      <w:pPr>
        <w:spacing w:after="0" w:line="240" w:lineRule="auto"/>
      </w:pPr>
      <w:r>
        <w:separator/>
      </w:r>
    </w:p>
  </w:endnote>
  <w:endnote w:type="continuationSeparator" w:id="0">
    <w:p w14:paraId="707D6493" w14:textId="77777777" w:rsidR="0031167D" w:rsidRDefault="0031167D" w:rsidP="00C26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A97FB5" w14:textId="77777777" w:rsidR="0031167D" w:rsidRDefault="0031167D" w:rsidP="00C26C4C">
      <w:pPr>
        <w:spacing w:after="0" w:line="240" w:lineRule="auto"/>
      </w:pPr>
      <w:r>
        <w:separator/>
      </w:r>
    </w:p>
  </w:footnote>
  <w:footnote w:type="continuationSeparator" w:id="0">
    <w:p w14:paraId="584709F3" w14:textId="77777777" w:rsidR="0031167D" w:rsidRDefault="0031167D" w:rsidP="00C26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AD35A5" w14:textId="77777777" w:rsidR="00C26C4C" w:rsidRDefault="00C26C4C" w:rsidP="00C26C4C">
    <w:pPr>
      <w:jc w:val="center"/>
    </w:pPr>
    <w:r>
      <w:rPr>
        <w:b/>
        <w:sz w:val="20"/>
      </w:rPr>
      <w:t>INSTITUTO FEDERAL DE EDUCAÇÃO, CIÊNCIA E TECNOLOGIA DE RONDÔNIA – IFRO</w:t>
    </w:r>
  </w:p>
  <w:p w14:paraId="66EFE20A" w14:textId="77777777" w:rsidR="00C26C4C" w:rsidRDefault="00C26C4C" w:rsidP="00C26C4C">
    <w:pPr>
      <w:jc w:val="center"/>
    </w:pPr>
    <w:r>
      <w:rPr>
        <w:b/>
        <w:sz w:val="20"/>
      </w:rPr>
      <w:t>CAMPUS CACOAL</w:t>
    </w:r>
  </w:p>
  <w:p w14:paraId="46AFE5A8" w14:textId="2E77D8AA" w:rsidR="00C26C4C" w:rsidRDefault="00C26C4C" w:rsidP="00C26C4C">
    <w:pPr>
      <w:pStyle w:val="Cabealho"/>
      <w:jc w:val="center"/>
    </w:pPr>
    <w:r>
      <w:rPr>
        <w:noProof/>
      </w:rPr>
      <w:drawing>
        <wp:inline distT="0" distB="0" distL="0" distR="0" wp14:anchorId="46BFADA0" wp14:editId="3FC26585">
          <wp:extent cx="667638" cy="415008"/>
          <wp:effectExtent l="0" t="0" r="5715" b="4445"/>
          <wp:docPr id="173060657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606572" name="Imagem 1730606572"/>
                  <pic:cNvPicPr/>
                </pic:nvPicPr>
                <pic:blipFill rotWithShape="1">
                  <a:blip r:embed="rId1"/>
                  <a:srcRect l="22999" t="33510" r="23992" b="33540"/>
                  <a:stretch>
                    <a:fillRect/>
                  </a:stretch>
                </pic:blipFill>
                <pic:spPr bwMode="auto">
                  <a:xfrm>
                    <a:off x="0" y="0"/>
                    <a:ext cx="750515" cy="466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8513547">
    <w:abstractNumId w:val="8"/>
  </w:num>
  <w:num w:numId="2" w16cid:durableId="521474679">
    <w:abstractNumId w:val="6"/>
  </w:num>
  <w:num w:numId="3" w16cid:durableId="697007850">
    <w:abstractNumId w:val="5"/>
  </w:num>
  <w:num w:numId="4" w16cid:durableId="1843625609">
    <w:abstractNumId w:val="4"/>
  </w:num>
  <w:num w:numId="5" w16cid:durableId="817646559">
    <w:abstractNumId w:val="7"/>
  </w:num>
  <w:num w:numId="6" w16cid:durableId="424037820">
    <w:abstractNumId w:val="3"/>
  </w:num>
  <w:num w:numId="7" w16cid:durableId="1734308831">
    <w:abstractNumId w:val="2"/>
  </w:num>
  <w:num w:numId="8" w16cid:durableId="1601792857">
    <w:abstractNumId w:val="1"/>
  </w:num>
  <w:num w:numId="9" w16cid:durableId="8072389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167D"/>
    <w:rsid w:val="00326F90"/>
    <w:rsid w:val="00A13DD2"/>
    <w:rsid w:val="00AA1D8D"/>
    <w:rsid w:val="00B47730"/>
    <w:rsid w:val="00B56D16"/>
    <w:rsid w:val="00C26C4C"/>
    <w:rsid w:val="00CB0664"/>
    <w:rsid w:val="00FB49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8F8B6A"/>
  <w14:defaultImageDpi w14:val="300"/>
  <w15:docId w15:val="{D75D4B17-7A01-0B45-A3AE-5FE2766B3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297</Words>
  <Characters>2449</Characters>
  <Application>Microsoft Office Word</Application>
  <DocSecurity>0</DocSecurity>
  <Lines>51</Lines>
  <Paragraphs>43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Formulário de Inscrição</vt:lpstr>
      <vt:lpstr/>
    </vt:vector>
  </TitlesOfParts>
  <Manager/>
  <Company/>
  <LinksUpToDate>false</LinksUpToDate>
  <CharactersWithSpaces>2703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Inscrição</dc:title>
  <dc:subject>Formulário de Inscrição - NEABI</dc:subject>
  <dc:creator>Edmilson Brito</dc:creator>
  <cp:keywords/>
  <dc:description>Formulário de Inscrição - NEABI</dc:description>
  <cp:lastModifiedBy>Edmilson Brito</cp:lastModifiedBy>
  <cp:revision>2</cp:revision>
  <dcterms:created xsi:type="dcterms:W3CDTF">2026-09-16T15:01:00Z</dcterms:created>
  <dcterms:modified xsi:type="dcterms:W3CDTF">2026-09-16T15:01:00Z</dcterms:modified>
  <cp:category/>
</cp:coreProperties>
</file>